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1EB5E" w14:textId="77777777" w:rsidR="00713AC9" w:rsidRPr="00337C6C" w:rsidRDefault="00337C6C" w:rsidP="00337C6C">
      <w:pPr>
        <w:pStyle w:val="Heading1"/>
        <w:jc w:val="center"/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Personal Statement Writing Frame</w:t>
      </w:r>
    </w:p>
    <w:p w14:paraId="197F32D1" w14:textId="77777777" w:rsidR="00713AC9" w:rsidRPr="00337C6C" w:rsidRDefault="00337C6C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 w:rsidRPr="00337C6C">
        <w:rPr>
          <w:rFonts w:ascii="Arial" w:hAnsi="Arial" w:cs="Arial"/>
          <w:color w:val="000000" w:themeColor="text1"/>
          <w:sz w:val="24"/>
          <w:szCs w:val="24"/>
        </w:rPr>
        <w:t>To get you started...</w:t>
      </w:r>
    </w:p>
    <w:p w14:paraId="3FCD4235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I am a current Year 11 student at ________________________________</w:t>
      </w:r>
    </w:p>
    <w:p w14:paraId="4071D3A1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I would describe myself as _______________________________________</w:t>
      </w:r>
    </w:p>
    <w:p w14:paraId="69D0A24D" w14:textId="77777777" w:rsidR="00713AC9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I am really interested in _________________________________________</w:t>
      </w:r>
    </w:p>
    <w:p w14:paraId="3411B09F" w14:textId="77777777" w:rsidR="00337C6C" w:rsidRPr="00337C6C" w:rsidRDefault="00337C6C">
      <w:pPr>
        <w:rPr>
          <w:rFonts w:ascii="Arial" w:hAnsi="Arial" w:cs="Arial"/>
          <w:color w:val="000000" w:themeColor="text1"/>
        </w:rPr>
      </w:pPr>
    </w:p>
    <w:p w14:paraId="03EF4383" w14:textId="77777777" w:rsidR="00713AC9" w:rsidRPr="00337C6C" w:rsidRDefault="00337C6C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 w:rsidRPr="00337C6C">
        <w:rPr>
          <w:rFonts w:ascii="Arial" w:hAnsi="Arial" w:cs="Arial"/>
          <w:color w:val="000000" w:themeColor="text1"/>
          <w:sz w:val="24"/>
          <w:szCs w:val="24"/>
        </w:rPr>
        <w:t>Talking about school</w:t>
      </w:r>
    </w:p>
    <w:p w14:paraId="0CFD9C69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One of my favourite subjects at school is __________ because __________</w:t>
      </w:r>
    </w:p>
    <w:p w14:paraId="786614E0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For my GCSE subjects, I picked _______________________________</w:t>
      </w:r>
    </w:p>
    <w:p w14:paraId="7F3BC012" w14:textId="77777777" w:rsidR="00713AC9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 xml:space="preserve">• During __________ we have recently studied __________ and I enjoyed this </w:t>
      </w:r>
      <w:proofErr w:type="gramStart"/>
      <w:r w:rsidRPr="00337C6C">
        <w:rPr>
          <w:rFonts w:ascii="Arial" w:hAnsi="Arial" w:cs="Arial"/>
          <w:color w:val="000000" w:themeColor="text1"/>
        </w:rPr>
        <w:t>because __</w:t>
      </w:r>
      <w:proofErr w:type="gramEnd"/>
      <w:r w:rsidRPr="00337C6C">
        <w:rPr>
          <w:rFonts w:ascii="Arial" w:hAnsi="Arial" w:cs="Arial"/>
          <w:color w:val="000000" w:themeColor="text1"/>
        </w:rPr>
        <w:t>________</w:t>
      </w:r>
    </w:p>
    <w:p w14:paraId="22400C87" w14:textId="77777777" w:rsidR="00337C6C" w:rsidRPr="00337C6C" w:rsidRDefault="00337C6C">
      <w:pPr>
        <w:rPr>
          <w:rFonts w:ascii="Arial" w:hAnsi="Arial" w:cs="Arial"/>
          <w:color w:val="000000" w:themeColor="text1"/>
        </w:rPr>
      </w:pPr>
    </w:p>
    <w:p w14:paraId="3244658E" w14:textId="77777777" w:rsidR="00713AC9" w:rsidRPr="00337C6C" w:rsidRDefault="00337C6C">
      <w:pPr>
        <w:pStyle w:val="Heading2"/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  <w:sz w:val="24"/>
          <w:szCs w:val="24"/>
        </w:rPr>
        <w:t>Talking about your hobbies</w:t>
      </w:r>
    </w:p>
    <w:p w14:paraId="04F8CB89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In my free time I enjoy __________________________________________</w:t>
      </w:r>
    </w:p>
    <w:p w14:paraId="57A4FD2B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Outside of school, I am part of a (sports) team which has taught me ___________________</w:t>
      </w:r>
    </w:p>
    <w:p w14:paraId="6F912F83" w14:textId="77777777" w:rsidR="00713AC9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Through my hobbies I have developed ___________________________</w:t>
      </w:r>
    </w:p>
    <w:p w14:paraId="5F2D39E5" w14:textId="77777777" w:rsidR="00337C6C" w:rsidRPr="00337C6C" w:rsidRDefault="00337C6C">
      <w:pPr>
        <w:rPr>
          <w:rFonts w:ascii="Arial" w:hAnsi="Arial" w:cs="Arial"/>
          <w:color w:val="000000" w:themeColor="text1"/>
        </w:rPr>
      </w:pPr>
    </w:p>
    <w:p w14:paraId="2FD8AD13" w14:textId="77777777" w:rsidR="00713AC9" w:rsidRPr="00337C6C" w:rsidRDefault="00337C6C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 w:rsidRPr="00337C6C">
        <w:rPr>
          <w:rFonts w:ascii="Arial" w:hAnsi="Arial" w:cs="Arial"/>
          <w:color w:val="000000" w:themeColor="text1"/>
          <w:sz w:val="24"/>
          <w:szCs w:val="24"/>
        </w:rPr>
        <w:t>Talking about your achievements</w:t>
      </w:r>
    </w:p>
    <w:p w14:paraId="26748EBE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An achievement I am proud of is _________________________________</w:t>
      </w:r>
    </w:p>
    <w:p w14:paraId="6094C485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A goal I have achieved is _______________________________________</w:t>
      </w:r>
    </w:p>
    <w:p w14:paraId="464416AE" w14:textId="77777777" w:rsidR="00713AC9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I have been awarded ___________________________________________</w:t>
      </w:r>
    </w:p>
    <w:p w14:paraId="1C87D1DC" w14:textId="77777777" w:rsidR="00337C6C" w:rsidRPr="00337C6C" w:rsidRDefault="00337C6C">
      <w:pPr>
        <w:rPr>
          <w:rFonts w:ascii="Arial" w:hAnsi="Arial" w:cs="Arial"/>
          <w:color w:val="000000" w:themeColor="text1"/>
        </w:rPr>
      </w:pPr>
    </w:p>
    <w:p w14:paraId="3D26EE6C" w14:textId="77777777" w:rsidR="00713AC9" w:rsidRPr="00337C6C" w:rsidRDefault="00337C6C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 w:rsidRPr="00337C6C">
        <w:rPr>
          <w:rFonts w:ascii="Arial" w:hAnsi="Arial" w:cs="Arial"/>
          <w:color w:val="000000" w:themeColor="text1"/>
          <w:sz w:val="24"/>
          <w:szCs w:val="24"/>
        </w:rPr>
        <w:t>Talking about your skills</w:t>
      </w:r>
    </w:p>
    <w:p w14:paraId="19957D94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One of my key strengths is ______________________________________</w:t>
      </w:r>
    </w:p>
    <w:p w14:paraId="16FF502A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I am good at (skill), for example ________________________________</w:t>
      </w:r>
    </w:p>
    <w:p w14:paraId="2AFAA2FB" w14:textId="33BCA706" w:rsid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My teachers would describe me as _______________________________</w:t>
      </w:r>
    </w:p>
    <w:p w14:paraId="74D1C035" w14:textId="77777777" w:rsidR="00337C6C" w:rsidRPr="00337C6C" w:rsidRDefault="00337C6C">
      <w:pPr>
        <w:rPr>
          <w:rFonts w:ascii="Arial" w:hAnsi="Arial" w:cs="Arial"/>
          <w:color w:val="000000" w:themeColor="text1"/>
        </w:rPr>
      </w:pPr>
    </w:p>
    <w:p w14:paraId="00124AEC" w14:textId="77777777" w:rsidR="00713AC9" w:rsidRPr="00337C6C" w:rsidRDefault="00337C6C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 w:rsidRPr="00337C6C">
        <w:rPr>
          <w:rFonts w:ascii="Arial" w:hAnsi="Arial" w:cs="Arial"/>
          <w:color w:val="000000" w:themeColor="text1"/>
          <w:sz w:val="24"/>
          <w:szCs w:val="24"/>
        </w:rPr>
        <w:t>Talking about your future</w:t>
      </w:r>
    </w:p>
    <w:p w14:paraId="58D0DED4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After completing this course, I hope to ____________________________</w:t>
      </w:r>
    </w:p>
    <w:p w14:paraId="60015377" w14:textId="77777777" w:rsidR="00713AC9" w:rsidRPr="00337C6C" w:rsidRDefault="00337C6C">
      <w:pPr>
        <w:rPr>
          <w:rFonts w:ascii="Arial" w:hAnsi="Arial" w:cs="Arial"/>
          <w:color w:val="000000" w:themeColor="text1"/>
        </w:rPr>
      </w:pPr>
      <w:r w:rsidRPr="00337C6C">
        <w:rPr>
          <w:rFonts w:ascii="Arial" w:hAnsi="Arial" w:cs="Arial"/>
          <w:color w:val="000000" w:themeColor="text1"/>
        </w:rPr>
        <w:t>• My ambition in life is ___________________________________________</w:t>
      </w:r>
    </w:p>
    <w:p w14:paraId="2DEBEBA6" w14:textId="77777777" w:rsidR="00713AC9" w:rsidRDefault="00337C6C">
      <w:r w:rsidRPr="00337C6C">
        <w:rPr>
          <w:rFonts w:ascii="Arial" w:hAnsi="Arial" w:cs="Arial"/>
          <w:color w:val="000000" w:themeColor="text1"/>
        </w:rPr>
        <w:t>• I am interested in a career in ______________________________</w:t>
      </w:r>
      <w:r>
        <w:t>______</w:t>
      </w:r>
    </w:p>
    <w:sectPr w:rsidR="00713AC9" w:rsidSect="00337C6C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27C72" w14:textId="77777777" w:rsidR="00337C6C" w:rsidRDefault="00337C6C" w:rsidP="00337C6C">
      <w:pPr>
        <w:spacing w:after="0" w:line="240" w:lineRule="auto"/>
      </w:pPr>
      <w:r>
        <w:separator/>
      </w:r>
    </w:p>
  </w:endnote>
  <w:endnote w:type="continuationSeparator" w:id="0">
    <w:p w14:paraId="4883CA7B" w14:textId="77777777" w:rsidR="00337C6C" w:rsidRDefault="00337C6C" w:rsidP="00337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12344" w14:textId="41173E45" w:rsidR="00337C6C" w:rsidRDefault="00337C6C">
    <w:pPr>
      <w:pStyle w:val="Foot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7F31DD3F" wp14:editId="22D29B95">
          <wp:simplePos x="0" y="0"/>
          <wp:positionH relativeFrom="column">
            <wp:posOffset>6332855</wp:posOffset>
          </wp:positionH>
          <wp:positionV relativeFrom="paragraph">
            <wp:posOffset>174202</wp:posOffset>
          </wp:positionV>
          <wp:extent cx="903605" cy="307340"/>
          <wp:effectExtent l="0" t="0" r="0" b="0"/>
          <wp:wrapTight wrapText="bothSides">
            <wp:wrapPolygon edited="0">
              <wp:start x="0" y="0"/>
              <wp:lineTo x="0" y="20083"/>
              <wp:lineTo x="20947" y="20083"/>
              <wp:lineTo x="20947" y="0"/>
              <wp:lineTo x="0" y="0"/>
            </wp:wrapPolygon>
          </wp:wrapTight>
          <wp:docPr id="171639743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397434" name="Picture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3605" cy="307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7E45200C" wp14:editId="0B4B7E10">
          <wp:simplePos x="0" y="0"/>
          <wp:positionH relativeFrom="column">
            <wp:posOffset>5663777</wp:posOffset>
          </wp:positionH>
          <wp:positionV relativeFrom="paragraph">
            <wp:posOffset>214842</wp:posOffset>
          </wp:positionV>
          <wp:extent cx="668867" cy="267547"/>
          <wp:effectExtent l="0" t="0" r="0" b="0"/>
          <wp:wrapTight wrapText="bothSides">
            <wp:wrapPolygon edited="0">
              <wp:start x="615" y="0"/>
              <wp:lineTo x="615" y="18470"/>
              <wp:lineTo x="1846" y="20010"/>
              <wp:lineTo x="19692" y="20010"/>
              <wp:lineTo x="20923" y="12314"/>
              <wp:lineTo x="19692" y="7696"/>
              <wp:lineTo x="10462" y="0"/>
              <wp:lineTo x="615" y="0"/>
            </wp:wrapPolygon>
          </wp:wrapTight>
          <wp:docPr id="401792117" name="Picture 3" descr="A pink and grey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1792117" name="Picture 3" descr="A pink and grey text on a black background&#10;&#10;AI-generated content may be incorrect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68867" cy="2675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FA2D7" w14:textId="77777777" w:rsidR="00337C6C" w:rsidRDefault="00337C6C" w:rsidP="00337C6C">
      <w:pPr>
        <w:spacing w:after="0" w:line="240" w:lineRule="auto"/>
      </w:pPr>
      <w:r>
        <w:separator/>
      </w:r>
    </w:p>
  </w:footnote>
  <w:footnote w:type="continuationSeparator" w:id="0">
    <w:p w14:paraId="3D9B052A" w14:textId="77777777" w:rsidR="00337C6C" w:rsidRDefault="00337C6C" w:rsidP="00337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1629690">
    <w:abstractNumId w:val="8"/>
  </w:num>
  <w:num w:numId="2" w16cid:durableId="741754142">
    <w:abstractNumId w:val="6"/>
  </w:num>
  <w:num w:numId="3" w16cid:durableId="1655254451">
    <w:abstractNumId w:val="5"/>
  </w:num>
  <w:num w:numId="4" w16cid:durableId="951090820">
    <w:abstractNumId w:val="4"/>
  </w:num>
  <w:num w:numId="5" w16cid:durableId="1632705600">
    <w:abstractNumId w:val="7"/>
  </w:num>
  <w:num w:numId="6" w16cid:durableId="2107386857">
    <w:abstractNumId w:val="3"/>
  </w:num>
  <w:num w:numId="7" w16cid:durableId="689717584">
    <w:abstractNumId w:val="2"/>
  </w:num>
  <w:num w:numId="8" w16cid:durableId="1245719373">
    <w:abstractNumId w:val="1"/>
  </w:num>
  <w:num w:numId="9" w16cid:durableId="123617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37C6C"/>
    <w:rsid w:val="006139D8"/>
    <w:rsid w:val="00713AC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1319BA9"/>
  <w14:defaultImageDpi w14:val="300"/>
  <w15:docId w15:val="{6E363B90-02A5-4D44-AF39-259E54BFB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1300</Characters>
  <Application>Microsoft Office Word</Application>
  <DocSecurity>0</DocSecurity>
  <Lines>27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Lawrence, Zara - TEP</cp:lastModifiedBy>
  <cp:revision>2</cp:revision>
  <dcterms:created xsi:type="dcterms:W3CDTF">2025-10-28T11:50:00Z</dcterms:created>
  <dcterms:modified xsi:type="dcterms:W3CDTF">2025-10-28T11:50:00Z</dcterms:modified>
  <cp:category/>
</cp:coreProperties>
</file>